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3426" w14:textId="4772FA95" w:rsidR="00614ACE" w:rsidRDefault="00F05842" w:rsidP="00F05842">
      <w:pPr>
        <w:spacing w:after="80" w:line="240" w:lineRule="auto"/>
        <w:jc w:val="right"/>
        <w:rPr>
          <w:rFonts w:asciiTheme="minorEastAsia" w:eastAsiaTheme="minorEastAsia" w:hAnsiTheme="minorEastAsia"/>
          <w:bCs/>
          <w:sz w:val="22"/>
          <w:bdr w:val="single" w:sz="4" w:space="0" w:color="auto"/>
          <w:lang w:eastAsia="ja-JP"/>
        </w:rPr>
      </w:pPr>
      <w:r w:rsidRPr="00F05842">
        <w:rPr>
          <w:rFonts w:asciiTheme="minorEastAsia" w:eastAsiaTheme="minorEastAsia" w:hAnsiTheme="minorEastAsia" w:hint="eastAsia"/>
          <w:bCs/>
          <w:sz w:val="22"/>
          <w:bdr w:val="single" w:sz="4" w:space="0" w:color="auto"/>
          <w:lang w:eastAsia="ja-JP"/>
        </w:rPr>
        <w:t>別添３</w:t>
      </w:r>
    </w:p>
    <w:p w14:paraId="7B2CFC45" w14:textId="77777777" w:rsidR="00F05842" w:rsidRPr="00F05842" w:rsidRDefault="00F05842" w:rsidP="00F05842">
      <w:pPr>
        <w:spacing w:after="80" w:line="240" w:lineRule="auto"/>
        <w:jc w:val="right"/>
        <w:rPr>
          <w:rFonts w:asciiTheme="minorEastAsia" w:eastAsiaTheme="minorEastAsia" w:hAnsiTheme="minorEastAsia"/>
          <w:bCs/>
          <w:sz w:val="22"/>
          <w:bdr w:val="single" w:sz="4" w:space="0" w:color="aut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2154"/>
        <w:gridCol w:w="6804"/>
      </w:tblGrid>
      <w:tr w:rsidR="00614ACE" w:rsidRPr="00F05842" w14:paraId="1EDF137E" w14:textId="77777777" w:rsidTr="007E5625">
        <w:trPr>
          <w:trHeight w:val="453"/>
          <w:jc w:val="center"/>
        </w:trPr>
        <w:tc>
          <w:tcPr>
            <w:tcW w:w="94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A07616" w14:textId="77777777" w:rsidR="00614ACE" w:rsidRPr="007E5625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  <w:u w:val="single"/>
              </w:rPr>
            </w:pPr>
            <w:proofErr w:type="spellStart"/>
            <w:r w:rsidRPr="007E5625">
              <w:rPr>
                <w:rFonts w:asciiTheme="minorEastAsia" w:eastAsiaTheme="minorEastAsia" w:hAnsiTheme="minorEastAsia"/>
                <w:sz w:val="22"/>
                <w:u w:val="single"/>
              </w:rPr>
              <w:t>会社概要</w:t>
            </w:r>
            <w:proofErr w:type="spellEnd"/>
          </w:p>
        </w:tc>
      </w:tr>
      <w:tr w:rsidR="00614ACE" w:rsidRPr="00F05842" w14:paraId="5566B674" w14:textId="77777777" w:rsidTr="007E5625">
        <w:trPr>
          <w:trHeight w:val="425"/>
          <w:jc w:val="center"/>
        </w:trPr>
        <w:tc>
          <w:tcPr>
            <w:tcW w:w="45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FB9905" w14:textId="24E411A3" w:rsidR="00614ACE" w:rsidRPr="00F05842" w:rsidRDefault="0021327D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 w:rsidRPr="00F05842">
              <w:rPr>
                <w:rFonts w:asciiTheme="minorEastAsia" w:eastAsiaTheme="minorEastAsia" w:hAnsiTheme="minorEastAsia"/>
                <w:sz w:val="22"/>
              </w:rPr>
              <w:t>本社・本店</w:t>
            </w:r>
            <w:proofErr w:type="spellEnd"/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2A4343" w14:textId="77777777" w:rsidR="00614ACE" w:rsidRPr="00F05842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会社名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63314B" w14:textId="77777777" w:rsidR="00614ACE" w:rsidRPr="00F05842" w:rsidRDefault="00614ACE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4ACE" w:rsidRPr="00F05842" w14:paraId="004E5037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72606C" w14:textId="77777777" w:rsidR="00614ACE" w:rsidRPr="00F05842" w:rsidRDefault="00614A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EA0433" w14:textId="77777777" w:rsidR="00614ACE" w:rsidRPr="00F05842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所在地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AFE0C3" w14:textId="77777777" w:rsidR="00614ACE" w:rsidRPr="00F05842" w:rsidRDefault="00614ACE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4ACE" w:rsidRPr="00F05842" w14:paraId="0668DA30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7680A5F" w14:textId="77777777" w:rsidR="00614ACE" w:rsidRPr="00F05842" w:rsidRDefault="00614A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62C7C9" w14:textId="77777777" w:rsidR="00614ACE" w:rsidRPr="00F05842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設立年月日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975A1C" w14:textId="77777777" w:rsidR="00614ACE" w:rsidRPr="00F05842" w:rsidRDefault="00614ACE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4ACE" w:rsidRPr="00F05842" w14:paraId="4669D6D6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F871A22" w14:textId="77777777" w:rsidR="00614ACE" w:rsidRPr="00F05842" w:rsidRDefault="00614A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027B1E" w14:textId="77777777" w:rsidR="00614ACE" w:rsidRPr="00F05842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代表者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3A15F9" w14:textId="77777777" w:rsidR="00614ACE" w:rsidRPr="00F05842" w:rsidRDefault="00614ACE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4ACE" w:rsidRPr="00F05842" w14:paraId="59C06A92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563A05D" w14:textId="77777777" w:rsidR="00614ACE" w:rsidRPr="00F05842" w:rsidRDefault="00614A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0BFAB5" w14:textId="77777777" w:rsidR="00614ACE" w:rsidRPr="00F05842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資本金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9DD34F" w14:textId="77777777" w:rsidR="00614ACE" w:rsidRPr="00F05842" w:rsidRDefault="00614ACE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4ACE" w:rsidRPr="00F05842" w14:paraId="06B64C4B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5C53A08" w14:textId="77777777" w:rsidR="00614ACE" w:rsidRPr="00F05842" w:rsidRDefault="00614A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501A53" w14:textId="77777777" w:rsidR="00614ACE" w:rsidRPr="00F05842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年商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0EBEB1" w14:textId="77777777" w:rsidR="00614ACE" w:rsidRPr="00F05842" w:rsidRDefault="00614ACE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4ACE" w:rsidRPr="00F05842" w14:paraId="4613EFC9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A99915F" w14:textId="77777777" w:rsidR="00614ACE" w:rsidRPr="00F05842" w:rsidRDefault="00614A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6A9EDD" w14:textId="77777777" w:rsidR="00614ACE" w:rsidRPr="00F05842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従業員数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5D4459" w14:textId="77777777" w:rsidR="00614ACE" w:rsidRPr="00F05842" w:rsidRDefault="00614ACE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14ACE" w:rsidRPr="00F05842" w14:paraId="1641B0D1" w14:textId="77777777" w:rsidTr="007E5625">
        <w:trPr>
          <w:trHeight w:val="2381"/>
          <w:jc w:val="center"/>
        </w:trPr>
        <w:tc>
          <w:tcPr>
            <w:tcW w:w="4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5E2C99D" w14:textId="77777777" w:rsidR="00614ACE" w:rsidRPr="00F05842" w:rsidRDefault="00614ACE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5D4C79" w14:textId="77777777" w:rsidR="00614ACE" w:rsidRPr="00F05842" w:rsidRDefault="0021327D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事業概要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4B9FE3" w14:textId="77777777" w:rsidR="00614ACE" w:rsidRPr="00F05842" w:rsidRDefault="00614ACE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05842" w:rsidRPr="00F05842" w14:paraId="51792C18" w14:textId="77777777" w:rsidTr="007E5625">
        <w:trPr>
          <w:trHeight w:val="425"/>
          <w:jc w:val="center"/>
        </w:trPr>
        <w:tc>
          <w:tcPr>
            <w:tcW w:w="453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29043C" w14:textId="07720FA9" w:rsidR="00F05842" w:rsidRPr="00F05842" w:rsidRDefault="00F05842" w:rsidP="009D3118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sz w:val="22"/>
                <w:lang w:eastAsia="ja-JP"/>
              </w:rPr>
            </w:pPr>
            <w:r w:rsidRPr="00F05842">
              <w:rPr>
                <w:rFonts w:asciiTheme="minorEastAsia" w:eastAsiaTheme="minorEastAsia" w:hAnsiTheme="minorEastAsia"/>
                <w:sz w:val="22"/>
                <w:lang w:eastAsia="ja-JP"/>
              </w:rPr>
              <w:t>業務を担当する支社・支店等</w:t>
            </w:r>
          </w:p>
        </w:tc>
        <w:tc>
          <w:tcPr>
            <w:tcW w:w="8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94687C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  <w:lang w:eastAsia="ja-JP"/>
              </w:rPr>
            </w:pPr>
            <w:r w:rsidRPr="00F05842">
              <w:rPr>
                <w:rFonts w:asciiTheme="minorEastAsia" w:eastAsiaTheme="minorEastAsia" w:hAnsiTheme="minorEastAsia"/>
                <w:sz w:val="22"/>
                <w:lang w:eastAsia="ja-JP"/>
              </w:rPr>
              <w:t>※業務を担当するのが本社・本店の場合は、以下の記入は不要。</w:t>
            </w:r>
          </w:p>
        </w:tc>
      </w:tr>
      <w:tr w:rsidR="00F05842" w:rsidRPr="00F05842" w14:paraId="44C64DE3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left w:val="single" w:sz="12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9D86C3" w14:textId="3B31FADF" w:rsidR="00F05842" w:rsidRPr="00F05842" w:rsidRDefault="00F05842">
            <w:pPr>
              <w:spacing w:after="0" w:line="240" w:lineRule="auto"/>
              <w:jc w:val="center"/>
              <w:rPr>
                <w:rFonts w:asciiTheme="minorEastAsia" w:eastAsiaTheme="minorEastAsia" w:hAnsiTheme="minorEastAsia"/>
                <w:sz w:val="22"/>
                <w:lang w:eastAsia="ja-JP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47ABDA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 w:rsidRPr="00F05842">
              <w:rPr>
                <w:rFonts w:asciiTheme="minorEastAsia" w:eastAsiaTheme="minorEastAsia" w:hAnsiTheme="minorEastAsia"/>
                <w:sz w:val="22"/>
              </w:rPr>
              <w:t>名称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9888D6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05842" w:rsidRPr="00F05842" w14:paraId="4F3F8E4C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left w:val="single" w:sz="12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6A6D6A2" w14:textId="77777777" w:rsidR="00F05842" w:rsidRPr="00F05842" w:rsidRDefault="00F0584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84BE2C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所在地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80761B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05842" w:rsidRPr="00F05842" w14:paraId="6383D47F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left w:val="single" w:sz="12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442E50E" w14:textId="77777777" w:rsidR="00F05842" w:rsidRPr="00F05842" w:rsidRDefault="00F0584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5A360F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代表者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D8AD7A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05842" w:rsidRPr="00F05842" w14:paraId="6E8FBFC4" w14:textId="77777777" w:rsidTr="007E5625">
        <w:trPr>
          <w:trHeight w:val="425"/>
          <w:jc w:val="center"/>
        </w:trPr>
        <w:tc>
          <w:tcPr>
            <w:tcW w:w="453" w:type="dxa"/>
            <w:vMerge/>
            <w:tcBorders>
              <w:left w:val="single" w:sz="12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37BE84C" w14:textId="77777777" w:rsidR="00F05842" w:rsidRPr="00F05842" w:rsidRDefault="00F0584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8B957B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従業員数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F282C6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F05842" w:rsidRPr="00F05842" w14:paraId="6984F54F" w14:textId="77777777" w:rsidTr="007E5625">
        <w:trPr>
          <w:trHeight w:val="2381"/>
          <w:jc w:val="center"/>
        </w:trPr>
        <w:tc>
          <w:tcPr>
            <w:tcW w:w="453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BBCBA3E" w14:textId="77777777" w:rsidR="00F05842" w:rsidRPr="00F05842" w:rsidRDefault="00F0584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418FB3" w14:textId="77777777" w:rsidR="00F05842" w:rsidRPr="00F05842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F05842">
              <w:rPr>
                <w:rFonts w:asciiTheme="minorEastAsia" w:eastAsiaTheme="minorEastAsia" w:hAnsiTheme="minorEastAsia"/>
                <w:sz w:val="22"/>
              </w:rPr>
              <w:t>組織上の位置づけ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32A231" w14:textId="77777777" w:rsidR="00F05842" w:rsidRPr="007E5625" w:rsidRDefault="00F05842">
            <w:pPr>
              <w:spacing w:after="0" w:line="240" w:lineRule="auto"/>
              <w:rPr>
                <w:rFonts w:asciiTheme="minorEastAsia" w:eastAsiaTheme="minorEastAsia" w:hAnsiTheme="minorEastAsia"/>
                <w:sz w:val="22"/>
                <w:u w:val="single"/>
              </w:rPr>
            </w:pPr>
          </w:p>
        </w:tc>
      </w:tr>
    </w:tbl>
    <w:p w14:paraId="2CC3CACA" w14:textId="5D908B04" w:rsidR="000C5D14" w:rsidRPr="00F05842" w:rsidRDefault="007E6B1B" w:rsidP="007E6B1B">
      <w:pPr>
        <w:ind w:leftChars="100" w:left="430" w:hangingChars="100" w:hanging="220"/>
        <w:rPr>
          <w:rFonts w:asciiTheme="minorEastAsia" w:eastAsiaTheme="minorEastAsia" w:hAnsiTheme="minorEastAsia"/>
          <w:sz w:val="22"/>
          <w:lang w:eastAsia="ja-JP"/>
        </w:rPr>
      </w:pPr>
      <w:r>
        <w:rPr>
          <w:rFonts w:asciiTheme="minorEastAsia" w:eastAsiaTheme="minorEastAsia" w:hAnsiTheme="minorEastAsia" w:hint="eastAsia"/>
          <w:sz w:val="22"/>
          <w:lang w:eastAsia="ja-JP"/>
        </w:rPr>
        <w:t>※　実施要領</w:t>
      </w:r>
      <w:r w:rsidRPr="007E6B1B">
        <w:rPr>
          <w:rFonts w:asciiTheme="minorEastAsia" w:eastAsiaTheme="minorEastAsia" w:hAnsiTheme="minorEastAsia"/>
          <w:sz w:val="22"/>
          <w:lang w:eastAsia="ja-JP"/>
        </w:rPr>
        <w:t>４（４）の共同事業者として申し込む場合は、全事業者について</w:t>
      </w:r>
      <w:r>
        <w:rPr>
          <w:rFonts w:asciiTheme="minorEastAsia" w:eastAsiaTheme="minorEastAsia" w:hAnsiTheme="minorEastAsia" w:hint="eastAsia"/>
          <w:sz w:val="22"/>
          <w:lang w:eastAsia="ja-JP"/>
        </w:rPr>
        <w:t>それぞれ</w:t>
      </w:r>
      <w:r w:rsidRPr="007E6B1B">
        <w:rPr>
          <w:rFonts w:asciiTheme="minorEastAsia" w:eastAsiaTheme="minorEastAsia" w:hAnsiTheme="minorEastAsia"/>
          <w:sz w:val="22"/>
          <w:lang w:eastAsia="ja-JP"/>
        </w:rPr>
        <w:t>記載すること。</w:t>
      </w:r>
    </w:p>
    <w:sectPr w:rsidR="000C5D14" w:rsidRPr="00F05842" w:rsidSect="00034616">
      <w:pgSz w:w="11906" w:h="16838"/>
      <w:pgMar w:top="850" w:right="1247" w:bottom="85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DE668" w14:textId="77777777" w:rsidR="00591BE2" w:rsidRDefault="00591BE2" w:rsidP="00F05842">
      <w:pPr>
        <w:spacing w:after="0" w:line="240" w:lineRule="auto"/>
      </w:pPr>
      <w:r>
        <w:separator/>
      </w:r>
    </w:p>
  </w:endnote>
  <w:endnote w:type="continuationSeparator" w:id="0">
    <w:p w14:paraId="79D60DEA" w14:textId="77777777" w:rsidR="00591BE2" w:rsidRDefault="00591BE2" w:rsidP="00F05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48674" w14:textId="77777777" w:rsidR="00591BE2" w:rsidRDefault="00591BE2" w:rsidP="00F05842">
      <w:pPr>
        <w:spacing w:after="0" w:line="240" w:lineRule="auto"/>
      </w:pPr>
      <w:r>
        <w:separator/>
      </w:r>
    </w:p>
  </w:footnote>
  <w:footnote w:type="continuationSeparator" w:id="0">
    <w:p w14:paraId="2C060042" w14:textId="77777777" w:rsidR="00591BE2" w:rsidRDefault="00591BE2" w:rsidP="00F05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8337288">
    <w:abstractNumId w:val="8"/>
  </w:num>
  <w:num w:numId="2" w16cid:durableId="620914589">
    <w:abstractNumId w:val="6"/>
  </w:num>
  <w:num w:numId="3" w16cid:durableId="1159271692">
    <w:abstractNumId w:val="5"/>
  </w:num>
  <w:num w:numId="4" w16cid:durableId="1335570725">
    <w:abstractNumId w:val="4"/>
  </w:num>
  <w:num w:numId="5" w16cid:durableId="2147116964">
    <w:abstractNumId w:val="7"/>
  </w:num>
  <w:num w:numId="6" w16cid:durableId="250504668">
    <w:abstractNumId w:val="3"/>
  </w:num>
  <w:num w:numId="7" w16cid:durableId="197007551">
    <w:abstractNumId w:val="2"/>
  </w:num>
  <w:num w:numId="8" w16cid:durableId="1542745137">
    <w:abstractNumId w:val="1"/>
  </w:num>
  <w:num w:numId="9" w16cid:durableId="37866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14A4"/>
    <w:rsid w:val="000C5D14"/>
    <w:rsid w:val="0015074B"/>
    <w:rsid w:val="001E4182"/>
    <w:rsid w:val="0021327D"/>
    <w:rsid w:val="0029639D"/>
    <w:rsid w:val="00326F90"/>
    <w:rsid w:val="00591BE2"/>
    <w:rsid w:val="00614ACE"/>
    <w:rsid w:val="0067226D"/>
    <w:rsid w:val="007E5625"/>
    <w:rsid w:val="007E6B1B"/>
    <w:rsid w:val="00AA1D8D"/>
    <w:rsid w:val="00B47730"/>
    <w:rsid w:val="00CB0664"/>
    <w:rsid w:val="00CE109F"/>
    <w:rsid w:val="00EA7693"/>
    <w:rsid w:val="00ED4D1F"/>
    <w:rsid w:val="00F058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DC48B"/>
  <w14:defaultImageDpi w14:val="300"/>
  <w15:docId w15:val="{6FB0E94C-9D7F-4E03-A53A-2E280638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Yu Gothic" w:eastAsia="Yu Gothic" w:hAnsi="Yu Gothi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959B48B50FE334EAABABE51FF41BEE7" ma:contentTypeVersion="20" ma:contentTypeDescription="新しいドキュメントを作成します。" ma:contentTypeScope="" ma:versionID="2d93d513877bd6e52868d76ac3412b6e">
  <xsd:schema xmlns:xsd="http://www.w3.org/2001/XMLSchema" xmlns:xs="http://www.w3.org/2001/XMLSchema" xmlns:p="http://schemas.microsoft.com/office/2006/metadata/properties" xmlns:ns2="a6055fea-7e6f-469d-88e8-b0a05f93074e" xmlns:ns3="3e7fb39e-4c25-41c4-8641-01b3490dde1a" targetNamespace="http://schemas.microsoft.com/office/2006/metadata/properties" ma:root="true" ma:fieldsID="0f40c8e79899d48893a046d1c8bec675" ns2:_="" ns3:_="">
    <xsd:import namespace="a6055fea-7e6f-469d-88e8-b0a05f93074e"/>
    <xsd:import namespace="3e7fb39e-4c25-41c4-8641-01b3490dd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55fea-7e6f-469d-88e8-b0a05f930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c7953e8-d556-4e6f-9158-20128760b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承認の状態" ma:internalName="_x627f__x8a8d__x306e__x72b6__x614b_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b39e-4c25-41c4-8641-01b3490dd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D21E69-5C82-4321-A70E-FB0FBA802147}" ma:internalName="TaxCatchAll" ma:showField="CatchAllData" ma:web="{773c6625-3b06-4c5d-a75d-026669faa680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7fb39e-4c25-41c4-8641-01b3490dde1a" xsi:nil="true"/>
    <_Flow_SignoffStatus xmlns="a6055fea-7e6f-469d-88e8-b0a05f93074e" xsi:nil="true"/>
    <lcf76f155ced4ddcb4097134ff3c332f xmlns="a6055fea-7e6f-469d-88e8-b0a05f9307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D3035F-536B-49CE-BBCA-35FA8486A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A7639B-AA25-42A7-9FF0-0F2D8A21E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55fea-7e6f-469d-88e8-b0a05f93074e"/>
    <ds:schemaRef ds:uri="3e7fb39e-4c25-41c4-8641-01b3490dd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19422E-1D08-4149-85D7-C2AA8626724C}">
  <ds:schemaRefs>
    <ds:schemaRef ds:uri="http://schemas.microsoft.com/office/2006/metadata/properties"/>
    <ds:schemaRef ds:uri="http://schemas.microsoft.com/office/infopath/2007/PartnerControls"/>
    <ds:schemaRef ds:uri="3e7fb39e-4c25-41c4-8641-01b3490dde1a"/>
    <ds:schemaRef ds:uri="a6055fea-7e6f-469d-88e8-b0a05f93074e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会社概要（様式２）</vt:lpstr>
      <vt:lpstr/>
    </vt:vector>
  </TitlesOfParts>
  <Manager/>
  <Company/>
  <LinksUpToDate>false</LinksUpToDate>
  <CharactersWithSpaces>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会社概要（様式２）</dc:title>
  <dc:subject/>
  <dc:creator>八坂英毅</dc:creator>
  <cp:keywords/>
  <dc:description>generated by python-docx</dc:description>
  <cp:lastModifiedBy>八坂英毅</cp:lastModifiedBy>
  <cp:revision>2</cp:revision>
  <cp:lastPrinted>2026-07-27T04:16:00Z</cp:lastPrinted>
  <dcterms:created xsi:type="dcterms:W3CDTF">2026-07-27T04:21:00Z</dcterms:created>
  <dcterms:modified xsi:type="dcterms:W3CDTF">2026-07-27T04:21:00Z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0x010100C959B48B50FE334EAABABE51FF41BEE7</vt:lpwstr>
  </property>
  <property fmtid="{D5CDD505-2E9C-101B-9397-08002B2CF9AE}" pid="3" name="MediaServiceImageTags">
    <vt:lpwstr/>
  </property>
</Properties>
</file>